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5E16A" w14:textId="77777777" w:rsidR="00767C6A" w:rsidRPr="00146971" w:rsidRDefault="00000000" w:rsidP="00146971">
      <w:pPr>
        <w:spacing w:line="480" w:lineRule="auto"/>
        <w:jc w:val="center"/>
        <w:rPr>
          <w:b/>
          <w:bCs/>
        </w:rPr>
      </w:pPr>
      <w:r w:rsidRPr="00146971">
        <w:rPr>
          <w:b/>
          <w:bCs/>
        </w:rPr>
        <w:t>TITLE OF PAPER</w:t>
      </w:r>
    </w:p>
    <w:p w14:paraId="173575FA" w14:textId="77777777" w:rsidR="00767C6A" w:rsidRDefault="00000000">
      <w:r>
        <w:rPr>
          <w:b/>
        </w:rPr>
        <w:t xml:space="preserve">Author(s): </w:t>
      </w:r>
      <w:r>
        <w:t>Full Name 1¹*, Full Name 2²</w:t>
      </w:r>
      <w:r w:rsidR="00562F64">
        <w:t>, …, Last Author Full Name¹</w:t>
      </w:r>
      <w:r>
        <w:br/>
      </w:r>
      <w:r>
        <w:rPr>
          <w:b/>
        </w:rPr>
        <w:t xml:space="preserve">Affiliations: </w:t>
      </w:r>
      <w:r>
        <w:t>¹Department, University/Organization, Country; ²Department, University/Organization, Country</w:t>
      </w:r>
      <w:r>
        <w:br/>
      </w:r>
      <w:r w:rsidR="00562F64">
        <w:t>*</w:t>
      </w:r>
      <w:r>
        <w:rPr>
          <w:b/>
        </w:rPr>
        <w:t xml:space="preserve">Email: </w:t>
      </w:r>
      <w:r>
        <w:t>corresponding.author@email.com</w:t>
      </w:r>
    </w:p>
    <w:p w14:paraId="78FBC2D2" w14:textId="77777777" w:rsidR="00146971" w:rsidRDefault="00146971" w:rsidP="00146971">
      <w:pPr>
        <w:pStyle w:val="Heading1"/>
      </w:pPr>
      <w:r>
        <w:t>1. Abstract</w:t>
      </w:r>
    </w:p>
    <w:p w14:paraId="6D6DEBAC" w14:textId="77777777" w:rsidR="00146971" w:rsidRDefault="00146971" w:rsidP="00146971">
      <w:r>
        <w:t>Provide a concise summary (200–400 words) that includes the purpose, methods, major findings, and conclusions. Ensure it aligns with SIP 2026 themes and uses clear, non-specialist language.</w:t>
      </w:r>
    </w:p>
    <w:p w14:paraId="2CF70937" w14:textId="77777777" w:rsidR="00146971" w:rsidRDefault="00146971" w:rsidP="00146971">
      <w:pPr>
        <w:pStyle w:val="Heading1"/>
      </w:pPr>
      <w:r>
        <w:t>2. Keywords</w:t>
      </w:r>
    </w:p>
    <w:p w14:paraId="1C2953D5" w14:textId="77777777" w:rsidR="00146971" w:rsidRDefault="00146971" w:rsidP="00146971">
      <w:r>
        <w:t>List 3–6 relevant keywords separated by commas.</w:t>
      </w:r>
    </w:p>
    <w:p w14:paraId="7881C57A" w14:textId="77777777" w:rsidR="00146971" w:rsidRDefault="00146971" w:rsidP="00146971">
      <w:pPr>
        <w:pStyle w:val="Heading1"/>
      </w:pPr>
      <w:r>
        <w:t>3. Introduction</w:t>
      </w:r>
    </w:p>
    <w:p w14:paraId="2581D4E1" w14:textId="77777777" w:rsidR="00146971" w:rsidRDefault="00146971" w:rsidP="00146971">
      <w:r>
        <w:t>Introduce the research topic, describe its background and significance, and define the research objectives or hypotheses. Briefly discuss existing studies and identify the research gap this paper addresses.</w:t>
      </w:r>
    </w:p>
    <w:p w14:paraId="00D08373" w14:textId="77777777" w:rsidR="00146971" w:rsidRDefault="00146971" w:rsidP="00146971">
      <w:pPr>
        <w:pStyle w:val="Heading1"/>
      </w:pPr>
      <w:r>
        <w:t>4. Literature Review</w:t>
      </w:r>
    </w:p>
    <w:p w14:paraId="5A4F7FBC" w14:textId="20646EFA" w:rsidR="00146971" w:rsidRDefault="00146971" w:rsidP="00146971">
      <w:r>
        <w:t>Provide a synthesized review of previous work relevant to your topic, identifying trends, limitations, and knowledge gaps. Ensure all citations follow numerical format</w:t>
      </w:r>
      <w:r w:rsidR="00277C75">
        <w:t>.</w:t>
      </w:r>
    </w:p>
    <w:p w14:paraId="36E4288A" w14:textId="77777777" w:rsidR="00146971" w:rsidRDefault="00146971" w:rsidP="00146971">
      <w:pPr>
        <w:pStyle w:val="Heading1"/>
      </w:pPr>
      <w:r>
        <w:t>5. Materials and Methods / Methodology</w:t>
      </w:r>
    </w:p>
    <w:p w14:paraId="69F401E2" w14:textId="77777777" w:rsidR="00146971" w:rsidRDefault="00146971" w:rsidP="00146971">
      <w:r>
        <w:t>Describe the experimental setup, data sources, tools, and analytical techniques used. Include information on software, algorithms, or statistical approaches applied. Ensure the study can be replicated by other researchers.</w:t>
      </w:r>
    </w:p>
    <w:p w14:paraId="50F92D71" w14:textId="77777777" w:rsidR="00146971" w:rsidRDefault="00146971" w:rsidP="00146971">
      <w:pPr>
        <w:pStyle w:val="Heading1"/>
      </w:pPr>
      <w:r>
        <w:t>6. Results</w:t>
      </w:r>
    </w:p>
    <w:p w14:paraId="025128F0" w14:textId="77777777" w:rsidR="00146971" w:rsidRDefault="00146971" w:rsidP="00146971">
      <w:r>
        <w:t>Present the major findings clearly, using figures, tables, and graphs where appropriate. Avoid interpretation here; focus on factual presentation.</w:t>
      </w:r>
    </w:p>
    <w:p w14:paraId="7E9C2D57" w14:textId="77777777" w:rsidR="00146971" w:rsidRDefault="00146971" w:rsidP="00146971">
      <w:pPr>
        <w:pStyle w:val="Heading1"/>
      </w:pPr>
      <w:r>
        <w:t>7. Discussion</w:t>
      </w:r>
    </w:p>
    <w:p w14:paraId="48845E9D" w14:textId="77777777" w:rsidR="00146971" w:rsidRDefault="00146971" w:rsidP="00146971">
      <w:r>
        <w:t>Interpret and analyze the results, comparing them with previous research. Discuss implications, limitations, and contributions to sustainable innovations.</w:t>
      </w:r>
    </w:p>
    <w:p w14:paraId="192E8F1E" w14:textId="77777777" w:rsidR="00146971" w:rsidRDefault="00146971" w:rsidP="00146971">
      <w:pPr>
        <w:pStyle w:val="Heading1"/>
      </w:pPr>
      <w:r>
        <w:lastRenderedPageBreak/>
        <w:t>8. Conclusion and Future Work</w:t>
      </w:r>
    </w:p>
    <w:p w14:paraId="2A3542D3" w14:textId="77777777" w:rsidR="00146971" w:rsidRDefault="00146971" w:rsidP="00146971">
      <w:r>
        <w:t>Summarize the key insights, emphasizing novelty, contribution, and potential applications. Suggest future directions or recommendations for subsequent research.</w:t>
      </w:r>
    </w:p>
    <w:p w14:paraId="585152B8" w14:textId="77777777" w:rsidR="00146971" w:rsidRDefault="00146971" w:rsidP="00146971">
      <w:pPr>
        <w:pStyle w:val="Heading1"/>
      </w:pPr>
      <w:r>
        <w:t>9. Acknowledgements</w:t>
      </w:r>
    </w:p>
    <w:p w14:paraId="42DF5448" w14:textId="77777777" w:rsidR="00146971" w:rsidRDefault="00146971" w:rsidP="00146971">
      <w:r>
        <w:t>Acknowledge individuals, organizations, or funding bodies that contributed to this research.</w:t>
      </w:r>
    </w:p>
    <w:p w14:paraId="147BEC21" w14:textId="428FA87F" w:rsidR="005555B6" w:rsidRDefault="005555B6" w:rsidP="00146971">
      <w:pPr>
        <w:pStyle w:val="Heading1"/>
      </w:pPr>
      <w:r>
        <w:t>10. Citation in the Text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9"/>
        <w:gridCol w:w="4364"/>
        <w:gridCol w:w="3537"/>
      </w:tblGrid>
      <w:tr w:rsidR="005555B6" w:rsidRPr="005555B6" w14:paraId="7DBE62BF" w14:textId="77777777" w:rsidTr="005555B6">
        <w:tc>
          <w:tcPr>
            <w:tcW w:w="0" w:type="auto"/>
            <w:hideMark/>
          </w:tcPr>
          <w:p w14:paraId="2E42DC59" w14:textId="77777777" w:rsidR="005555B6" w:rsidRPr="005555B6" w:rsidRDefault="005555B6" w:rsidP="005555B6">
            <w:pPr>
              <w:spacing w:line="276" w:lineRule="auto"/>
              <w:rPr>
                <w:b/>
                <w:bCs/>
              </w:rPr>
            </w:pPr>
            <w:r w:rsidRPr="005555B6">
              <w:rPr>
                <w:b/>
                <w:bCs/>
              </w:rPr>
              <w:t>Situation</w:t>
            </w:r>
          </w:p>
        </w:tc>
        <w:tc>
          <w:tcPr>
            <w:tcW w:w="0" w:type="auto"/>
            <w:hideMark/>
          </w:tcPr>
          <w:p w14:paraId="560C20BE" w14:textId="77777777" w:rsidR="005555B6" w:rsidRPr="005555B6" w:rsidRDefault="005555B6" w:rsidP="005555B6">
            <w:pPr>
              <w:spacing w:line="276" w:lineRule="auto"/>
              <w:rPr>
                <w:b/>
                <w:bCs/>
              </w:rPr>
            </w:pPr>
            <w:r w:rsidRPr="005555B6">
              <w:rPr>
                <w:b/>
                <w:bCs/>
              </w:rPr>
              <w:t>Example (In-Text)</w:t>
            </w:r>
          </w:p>
        </w:tc>
        <w:tc>
          <w:tcPr>
            <w:tcW w:w="0" w:type="auto"/>
            <w:hideMark/>
          </w:tcPr>
          <w:p w14:paraId="2A50EDC5" w14:textId="77777777" w:rsidR="005555B6" w:rsidRPr="005555B6" w:rsidRDefault="005555B6" w:rsidP="005555B6">
            <w:pPr>
              <w:spacing w:line="276" w:lineRule="auto"/>
              <w:rPr>
                <w:b/>
                <w:bCs/>
              </w:rPr>
            </w:pPr>
            <w:r w:rsidRPr="005555B6">
              <w:rPr>
                <w:b/>
                <w:bCs/>
              </w:rPr>
              <w:t>Explanation</w:t>
            </w:r>
          </w:p>
        </w:tc>
      </w:tr>
      <w:tr w:rsidR="005555B6" w:rsidRPr="005555B6" w14:paraId="5EF9BBDA" w14:textId="77777777" w:rsidTr="005555B6">
        <w:tc>
          <w:tcPr>
            <w:tcW w:w="0" w:type="auto"/>
            <w:hideMark/>
          </w:tcPr>
          <w:p w14:paraId="0BDF44D5" w14:textId="77777777" w:rsidR="005555B6" w:rsidRPr="005555B6" w:rsidRDefault="005555B6" w:rsidP="005555B6">
            <w:pPr>
              <w:spacing w:line="276" w:lineRule="auto"/>
            </w:pPr>
            <w:r w:rsidRPr="005555B6">
              <w:t>Single reference</w:t>
            </w:r>
          </w:p>
        </w:tc>
        <w:tc>
          <w:tcPr>
            <w:tcW w:w="0" w:type="auto"/>
            <w:hideMark/>
          </w:tcPr>
          <w:p w14:paraId="0F605435" w14:textId="77777777" w:rsidR="005555B6" w:rsidRPr="005555B6" w:rsidRDefault="005555B6" w:rsidP="005555B6">
            <w:pPr>
              <w:spacing w:line="276" w:lineRule="auto"/>
            </w:pPr>
            <w:r w:rsidRPr="005555B6">
              <w:t>[1]</w:t>
            </w:r>
          </w:p>
        </w:tc>
        <w:tc>
          <w:tcPr>
            <w:tcW w:w="0" w:type="auto"/>
            <w:hideMark/>
          </w:tcPr>
          <w:p w14:paraId="7D8B2AE6" w14:textId="77777777" w:rsidR="005555B6" w:rsidRPr="005555B6" w:rsidRDefault="005555B6" w:rsidP="005555B6">
            <w:pPr>
              <w:spacing w:line="276" w:lineRule="auto"/>
            </w:pPr>
            <w:r w:rsidRPr="005555B6">
              <w:t>Refers to one source only</w:t>
            </w:r>
          </w:p>
        </w:tc>
      </w:tr>
      <w:tr w:rsidR="005555B6" w:rsidRPr="005555B6" w14:paraId="2A15E29E" w14:textId="77777777" w:rsidTr="005555B6">
        <w:tc>
          <w:tcPr>
            <w:tcW w:w="0" w:type="auto"/>
            <w:hideMark/>
          </w:tcPr>
          <w:p w14:paraId="2DA8959B" w14:textId="77777777" w:rsidR="005555B6" w:rsidRPr="005555B6" w:rsidRDefault="005555B6" w:rsidP="005555B6">
            <w:pPr>
              <w:spacing w:line="276" w:lineRule="auto"/>
            </w:pPr>
            <w:r w:rsidRPr="005555B6">
              <w:t>Multiple separate references</w:t>
            </w:r>
          </w:p>
        </w:tc>
        <w:tc>
          <w:tcPr>
            <w:tcW w:w="0" w:type="auto"/>
            <w:hideMark/>
          </w:tcPr>
          <w:p w14:paraId="37801501" w14:textId="77777777" w:rsidR="005555B6" w:rsidRPr="005555B6" w:rsidRDefault="005555B6" w:rsidP="005555B6">
            <w:pPr>
              <w:spacing w:line="276" w:lineRule="auto"/>
            </w:pPr>
            <w:r w:rsidRPr="005555B6">
              <w:t>[1, 3, 7]</w:t>
            </w:r>
          </w:p>
        </w:tc>
        <w:tc>
          <w:tcPr>
            <w:tcW w:w="0" w:type="auto"/>
            <w:hideMark/>
          </w:tcPr>
          <w:p w14:paraId="47B29BF5" w14:textId="77777777" w:rsidR="005555B6" w:rsidRPr="005555B6" w:rsidRDefault="005555B6" w:rsidP="005555B6">
            <w:pPr>
              <w:spacing w:line="276" w:lineRule="auto"/>
            </w:pPr>
            <w:r w:rsidRPr="005555B6">
              <w:t>Cite several non-consecutive sources</w:t>
            </w:r>
          </w:p>
        </w:tc>
      </w:tr>
      <w:tr w:rsidR="005555B6" w:rsidRPr="005555B6" w14:paraId="657F16B1" w14:textId="77777777" w:rsidTr="005555B6">
        <w:tc>
          <w:tcPr>
            <w:tcW w:w="0" w:type="auto"/>
            <w:hideMark/>
          </w:tcPr>
          <w:p w14:paraId="24A38E5C" w14:textId="77777777" w:rsidR="005555B6" w:rsidRPr="005555B6" w:rsidRDefault="005555B6" w:rsidP="005555B6">
            <w:pPr>
              <w:spacing w:line="276" w:lineRule="auto"/>
            </w:pPr>
            <w:r w:rsidRPr="005555B6">
              <w:t>Consecutive references</w:t>
            </w:r>
          </w:p>
        </w:tc>
        <w:tc>
          <w:tcPr>
            <w:tcW w:w="0" w:type="auto"/>
            <w:hideMark/>
          </w:tcPr>
          <w:p w14:paraId="3199136C" w14:textId="77777777" w:rsidR="005555B6" w:rsidRPr="005555B6" w:rsidRDefault="005555B6" w:rsidP="005555B6">
            <w:pPr>
              <w:spacing w:line="276" w:lineRule="auto"/>
            </w:pPr>
            <w:r w:rsidRPr="005555B6">
              <w:t>[2–4]</w:t>
            </w:r>
          </w:p>
        </w:tc>
        <w:tc>
          <w:tcPr>
            <w:tcW w:w="0" w:type="auto"/>
            <w:hideMark/>
          </w:tcPr>
          <w:p w14:paraId="588AF252" w14:textId="77777777" w:rsidR="005555B6" w:rsidRPr="005555B6" w:rsidRDefault="005555B6" w:rsidP="005555B6">
            <w:pPr>
              <w:spacing w:line="276" w:lineRule="auto"/>
            </w:pPr>
            <w:r w:rsidRPr="005555B6">
              <w:t xml:space="preserve">Use an </w:t>
            </w:r>
            <w:proofErr w:type="spellStart"/>
            <w:r w:rsidRPr="005555B6">
              <w:t>en</w:t>
            </w:r>
            <w:proofErr w:type="spellEnd"/>
            <w:r w:rsidRPr="005555B6">
              <w:t xml:space="preserve"> dash (–) for a range of consecutive references</w:t>
            </w:r>
          </w:p>
        </w:tc>
      </w:tr>
      <w:tr w:rsidR="005555B6" w:rsidRPr="005555B6" w14:paraId="5A3001C9" w14:textId="77777777" w:rsidTr="005555B6">
        <w:tc>
          <w:tcPr>
            <w:tcW w:w="0" w:type="auto"/>
            <w:hideMark/>
          </w:tcPr>
          <w:p w14:paraId="57967B83" w14:textId="77777777" w:rsidR="005555B6" w:rsidRPr="005555B6" w:rsidRDefault="005555B6" w:rsidP="005555B6">
            <w:pPr>
              <w:spacing w:line="276" w:lineRule="auto"/>
            </w:pPr>
            <w:r w:rsidRPr="005555B6">
              <w:t>Part of a sentence</w:t>
            </w:r>
          </w:p>
        </w:tc>
        <w:tc>
          <w:tcPr>
            <w:tcW w:w="0" w:type="auto"/>
            <w:hideMark/>
          </w:tcPr>
          <w:p w14:paraId="430D2A0E" w14:textId="77777777" w:rsidR="005555B6" w:rsidRPr="005555B6" w:rsidRDefault="005555B6" w:rsidP="005555B6">
            <w:pPr>
              <w:spacing w:line="276" w:lineRule="auto"/>
            </w:pPr>
            <w:r w:rsidRPr="005555B6">
              <w:t>“As demonstrated in [5], renewable AI frameworks improve efficiency.”</w:t>
            </w:r>
          </w:p>
        </w:tc>
        <w:tc>
          <w:tcPr>
            <w:tcW w:w="0" w:type="auto"/>
            <w:hideMark/>
          </w:tcPr>
          <w:p w14:paraId="6B133047" w14:textId="77777777" w:rsidR="005555B6" w:rsidRPr="005555B6" w:rsidRDefault="005555B6" w:rsidP="005555B6">
            <w:pPr>
              <w:spacing w:line="276" w:lineRule="auto"/>
            </w:pPr>
            <w:r w:rsidRPr="005555B6">
              <w:t>Number placed inside the sentence before punctuation</w:t>
            </w:r>
          </w:p>
        </w:tc>
      </w:tr>
      <w:tr w:rsidR="005555B6" w:rsidRPr="005555B6" w14:paraId="36598BF5" w14:textId="77777777" w:rsidTr="005555B6">
        <w:tc>
          <w:tcPr>
            <w:tcW w:w="0" w:type="auto"/>
            <w:hideMark/>
          </w:tcPr>
          <w:p w14:paraId="7EC16EBB" w14:textId="77777777" w:rsidR="005555B6" w:rsidRPr="005555B6" w:rsidRDefault="005555B6" w:rsidP="005555B6">
            <w:pPr>
              <w:spacing w:line="276" w:lineRule="auto"/>
            </w:pPr>
            <w:r w:rsidRPr="005555B6">
              <w:t>At the end of a sentence</w:t>
            </w:r>
          </w:p>
        </w:tc>
        <w:tc>
          <w:tcPr>
            <w:tcW w:w="0" w:type="auto"/>
            <w:hideMark/>
          </w:tcPr>
          <w:p w14:paraId="5DC1FFA8" w14:textId="77777777" w:rsidR="005555B6" w:rsidRPr="005555B6" w:rsidRDefault="005555B6" w:rsidP="005555B6">
            <w:pPr>
              <w:spacing w:line="276" w:lineRule="auto"/>
            </w:pPr>
            <w:r w:rsidRPr="005555B6">
              <w:t>“This approach ensures high predictive accuracy [1, 3, 7].”</w:t>
            </w:r>
          </w:p>
        </w:tc>
        <w:tc>
          <w:tcPr>
            <w:tcW w:w="0" w:type="auto"/>
            <w:hideMark/>
          </w:tcPr>
          <w:p w14:paraId="7679B675" w14:textId="77777777" w:rsidR="005555B6" w:rsidRPr="005555B6" w:rsidRDefault="005555B6" w:rsidP="005555B6">
            <w:pPr>
              <w:spacing w:line="276" w:lineRule="auto"/>
            </w:pPr>
            <w:r w:rsidRPr="005555B6">
              <w:t>All references grouped together before the period</w:t>
            </w:r>
          </w:p>
        </w:tc>
      </w:tr>
      <w:tr w:rsidR="005555B6" w:rsidRPr="005555B6" w14:paraId="03048525" w14:textId="77777777" w:rsidTr="005555B6">
        <w:tc>
          <w:tcPr>
            <w:tcW w:w="0" w:type="auto"/>
            <w:hideMark/>
          </w:tcPr>
          <w:p w14:paraId="245B0DBF" w14:textId="77777777" w:rsidR="005555B6" w:rsidRPr="005555B6" w:rsidRDefault="005555B6" w:rsidP="005555B6">
            <w:pPr>
              <w:spacing w:line="276" w:lineRule="auto"/>
            </w:pPr>
            <w:r w:rsidRPr="005555B6">
              <w:t>With author name in text</w:t>
            </w:r>
          </w:p>
        </w:tc>
        <w:tc>
          <w:tcPr>
            <w:tcW w:w="0" w:type="auto"/>
            <w:hideMark/>
          </w:tcPr>
          <w:p w14:paraId="542B26C3" w14:textId="77777777" w:rsidR="005555B6" w:rsidRPr="005555B6" w:rsidRDefault="005555B6" w:rsidP="005555B6">
            <w:pPr>
              <w:spacing w:line="276" w:lineRule="auto"/>
            </w:pPr>
            <w:r w:rsidRPr="005555B6">
              <w:t>“According to Danish et al. [2], the model achieved 98% accuracy.”</w:t>
            </w:r>
          </w:p>
        </w:tc>
        <w:tc>
          <w:tcPr>
            <w:tcW w:w="0" w:type="auto"/>
            <w:hideMark/>
          </w:tcPr>
          <w:p w14:paraId="167AE088" w14:textId="77777777" w:rsidR="005555B6" w:rsidRPr="005555B6" w:rsidRDefault="005555B6" w:rsidP="005555B6">
            <w:pPr>
              <w:spacing w:line="276" w:lineRule="auto"/>
            </w:pPr>
            <w:r w:rsidRPr="005555B6">
              <w:t>Author name written out, number follows in brackets</w:t>
            </w:r>
          </w:p>
        </w:tc>
      </w:tr>
    </w:tbl>
    <w:p w14:paraId="0CB1162A" w14:textId="3C6A6324" w:rsidR="00146971" w:rsidRDefault="00146971" w:rsidP="00146971">
      <w:pPr>
        <w:pStyle w:val="Heading1"/>
      </w:pPr>
      <w:r>
        <w:t>1</w:t>
      </w:r>
      <w:r w:rsidR="005555B6">
        <w:t>1</w:t>
      </w:r>
      <w:r>
        <w:t>. References</w:t>
      </w:r>
    </w:p>
    <w:p w14:paraId="619CB441" w14:textId="77777777" w:rsidR="005A079D" w:rsidRPr="005A079D" w:rsidRDefault="005A079D" w:rsidP="005A079D">
      <w:r w:rsidRPr="005A079D">
        <w:rPr>
          <w:b/>
          <w:bCs/>
        </w:rPr>
        <w:t>Journal Articles</w:t>
      </w:r>
      <w:r w:rsidRPr="005A079D">
        <w:br/>
        <w:t xml:space="preserve">[1] Author A., Author B. (2024). Title of Paper. </w:t>
      </w:r>
      <w:r w:rsidRPr="005A079D">
        <w:rPr>
          <w:i/>
          <w:iCs/>
        </w:rPr>
        <w:t>Journal Name</w:t>
      </w:r>
      <w:r w:rsidRPr="005A079D">
        <w:t>, Volume (Issue), Pages. DOI.</w:t>
      </w:r>
    </w:p>
    <w:p w14:paraId="53BC051E" w14:textId="77777777" w:rsidR="005A079D" w:rsidRPr="005A079D" w:rsidRDefault="005A079D" w:rsidP="005A079D">
      <w:r w:rsidRPr="005A079D">
        <w:rPr>
          <w:b/>
          <w:bCs/>
        </w:rPr>
        <w:t>Books</w:t>
      </w:r>
      <w:r w:rsidRPr="005A079D">
        <w:br/>
        <w:t xml:space="preserve">[2] Author C. (2023). </w:t>
      </w:r>
      <w:r w:rsidRPr="005A079D">
        <w:rPr>
          <w:i/>
          <w:iCs/>
        </w:rPr>
        <w:t>Book Title.</w:t>
      </w:r>
      <w:r w:rsidRPr="005A079D">
        <w:t xml:space="preserve"> Publisher.</w:t>
      </w:r>
    </w:p>
    <w:p w14:paraId="6F1D3220" w14:textId="77777777" w:rsidR="005A079D" w:rsidRPr="005A079D" w:rsidRDefault="005A079D" w:rsidP="005A079D">
      <w:r w:rsidRPr="005A079D">
        <w:rPr>
          <w:b/>
          <w:bCs/>
        </w:rPr>
        <w:t>Book Chapters</w:t>
      </w:r>
      <w:r w:rsidRPr="005A079D">
        <w:br/>
        <w:t xml:space="preserve">[3] Author D., Author E. (2025). Chapter Title. In: Editor F., Editor G. (Eds.), </w:t>
      </w:r>
      <w:r w:rsidRPr="005A079D">
        <w:rPr>
          <w:i/>
          <w:iCs/>
        </w:rPr>
        <w:t>Book Title</w:t>
      </w:r>
      <w:r w:rsidRPr="005A079D">
        <w:t xml:space="preserve"> (pp. xx–</w:t>
      </w:r>
      <w:proofErr w:type="spellStart"/>
      <w:r w:rsidRPr="005A079D">
        <w:t>yy</w:t>
      </w:r>
      <w:proofErr w:type="spellEnd"/>
      <w:r w:rsidRPr="005A079D">
        <w:t>). Publisher.</w:t>
      </w:r>
    </w:p>
    <w:p w14:paraId="4E18FAD9" w14:textId="77777777" w:rsidR="005A079D" w:rsidRPr="005A079D" w:rsidRDefault="005A079D" w:rsidP="005A079D">
      <w:r w:rsidRPr="005A079D">
        <w:rPr>
          <w:b/>
          <w:bCs/>
        </w:rPr>
        <w:t>Conference Papers</w:t>
      </w:r>
      <w:r w:rsidRPr="005A079D">
        <w:br/>
        <w:t xml:space="preserve">[4] Author H. et al. (2025). Conference Paper Title. In: </w:t>
      </w:r>
      <w:r w:rsidRPr="005A079D">
        <w:rPr>
          <w:i/>
          <w:iCs/>
        </w:rPr>
        <w:t>Proceedings of SIP 2026</w:t>
      </w:r>
      <w:r w:rsidRPr="005A079D">
        <w:t>, Vancouver, Canada.</w:t>
      </w:r>
    </w:p>
    <w:p w14:paraId="2F5C2F2D" w14:textId="77777777" w:rsidR="005A079D" w:rsidRPr="005A079D" w:rsidRDefault="005A079D" w:rsidP="005A079D">
      <w:r w:rsidRPr="005A079D">
        <w:rPr>
          <w:b/>
          <w:bCs/>
        </w:rPr>
        <w:t>Websites</w:t>
      </w:r>
      <w:r w:rsidRPr="005A079D">
        <w:br/>
        <w:t xml:space="preserve">[5] Organization Name. (2025). </w:t>
      </w:r>
      <w:r w:rsidRPr="005A079D">
        <w:rPr>
          <w:i/>
          <w:iCs/>
        </w:rPr>
        <w:t>Title of Web Page.</w:t>
      </w:r>
      <w:r w:rsidRPr="005A079D">
        <w:t xml:space="preserve"> URL. (Accessed on: Date).</w:t>
      </w:r>
    </w:p>
    <w:p w14:paraId="643EC51C" w14:textId="04F557AC" w:rsidR="00767C6A" w:rsidRDefault="005A079D" w:rsidP="000149DE">
      <w:r w:rsidRPr="005A079D">
        <w:rPr>
          <w:b/>
          <w:bCs/>
        </w:rPr>
        <w:t>Reports and Institutional Documents</w:t>
      </w:r>
      <w:r w:rsidRPr="005A079D">
        <w:br/>
        <w:t xml:space="preserve">[6] Institution Name. (2025). </w:t>
      </w:r>
      <w:r w:rsidRPr="005A079D">
        <w:rPr>
          <w:i/>
          <w:iCs/>
        </w:rPr>
        <w:t>Title of Report.</w:t>
      </w:r>
      <w:r w:rsidRPr="005A079D">
        <w:t xml:space="preserve"> Place of Publication: Department or Agency.</w:t>
      </w:r>
    </w:p>
    <w:sectPr w:rsidR="00767C6A" w:rsidSect="00146971">
      <w:headerReference w:type="default" r:id="rId8"/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4D1DE1" w14:textId="77777777" w:rsidR="00AB7008" w:rsidRDefault="00AB7008">
      <w:pPr>
        <w:spacing w:after="0" w:line="240" w:lineRule="auto"/>
      </w:pPr>
      <w:r>
        <w:separator/>
      </w:r>
    </w:p>
  </w:endnote>
  <w:endnote w:type="continuationSeparator" w:id="0">
    <w:p w14:paraId="4EE5C961" w14:textId="77777777" w:rsidR="00AB7008" w:rsidRDefault="00AB70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A8197A13-166F-4985-8FA3-0DD24750216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ACE53D0C-E5C6-40E2-8000-515FB68716CB}"/>
    <w:embedBold r:id="rId3" w:fontKey="{8F541CA5-1E08-4771-8FBE-A6623CD9B135}"/>
    <w:embedItalic r:id="rId4" w:fontKey="{31B05F8A-4BCC-4464-B887-F6F2CE98B7AD}"/>
    <w:embedBoldItalic r:id="rId5" w:fontKey="{AA070F18-453E-4CA9-B9A1-C4A2A87E92C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7E735B00-8DD6-46E3-936E-24C3C0EF80C9}"/>
    <w:embedBold r:id="rId7" w:fontKey="{A55D765B-8499-495F-AD6B-C79D0CDC9D06}"/>
    <w:embedItalic r:id="rId8" w:fontKey="{FF8CD39E-F5EE-4192-9962-569FD36E4A86}"/>
    <w:embedBoldItalic r:id="rId9" w:fontKey="{720F4D12-1F19-4F95-B2A5-53442BCDF5A5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0" w:fontKey="{C83E33BD-7317-400F-A981-42304E3D2859}"/>
    <w:embedBold r:id="rId11" w:fontKey="{A653DE0D-C8B7-4BBB-8ABF-0ED64FCACACC}"/>
    <w:embedItalic r:id="rId12" w:fontKey="{570063DB-377C-4C12-90F1-48AF2C87F08A}"/>
    <w:embedBoldItalic r:id="rId13" w:fontKey="{ED899D14-0D6A-47F5-B057-66F7096009A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4" w:fontKey="{CAA2371F-B032-43E3-B059-615C24165E45}"/>
    <w:embedBold r:id="rId15" w:fontKey="{6D79469E-4121-4CCE-B507-10E0691950F1}"/>
    <w:embedItalic r:id="rId16" w:fontKey="{7E7249EA-415D-4045-8334-2472F0AB7AFC}"/>
    <w:embedBoldItalic r:id="rId17" w:fontKey="{424C61F9-118A-4FA4-9BA0-8D8E7D19DB36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97249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A676EC" w14:textId="65C6ED55" w:rsidR="00DD3E64" w:rsidRDefault="00DD3E6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F0C76F" w14:textId="5AEA147C" w:rsidR="00767C6A" w:rsidRDefault="00767C6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3C80CF" w14:textId="77777777" w:rsidR="00AB7008" w:rsidRDefault="00AB7008">
      <w:pPr>
        <w:spacing w:after="0" w:line="240" w:lineRule="auto"/>
      </w:pPr>
      <w:r>
        <w:separator/>
      </w:r>
    </w:p>
  </w:footnote>
  <w:footnote w:type="continuationSeparator" w:id="0">
    <w:p w14:paraId="199A59FF" w14:textId="77777777" w:rsidR="00AB7008" w:rsidRDefault="00AB70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4065B" w14:textId="77777777" w:rsidR="00C21615" w:rsidRPr="00FD6CED" w:rsidRDefault="00C21615" w:rsidP="00C21615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International Conference on</w:t>
    </w:r>
  </w:p>
  <w:p w14:paraId="57429376" w14:textId="4C0E36AE" w:rsidR="001E09ED" w:rsidRDefault="001E09ED" w:rsidP="001E09ED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 w:rsidRPr="001C504C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Sustainable Innovations and Partnerships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 xml:space="preserve"> (SIP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 xml:space="preserve"> 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2027)</w:t>
    </w:r>
  </w:p>
  <w:p w14:paraId="1CA8F249" w14:textId="301FFD7F" w:rsidR="00C21615" w:rsidRDefault="001E09ED" w:rsidP="001E09ED">
    <w:pPr>
      <w:tabs>
        <w:tab w:val="center" w:pos="4153"/>
        <w:tab w:val="right" w:pos="8306"/>
      </w:tabs>
      <w:wordWrap w:val="0"/>
      <w:spacing w:after="0"/>
      <w:jc w:val="right"/>
      <w:rPr>
        <w:rFonts w:ascii="Times New Roman" w:eastAsia="Batang" w:hAnsi="Times New Roman" w:cs="Times New Roman"/>
        <w:sz w:val="16"/>
        <w:szCs w:val="16"/>
        <w:lang w:val="en-GB"/>
      </w:rPr>
    </w:pPr>
    <w:r w:rsidRPr="001C504C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18–19 March 2027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 xml:space="preserve">, </w:t>
    </w:r>
    <w:r w:rsidRPr="001C504C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University of British Columbia (UBC)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,</w:t>
    </w:r>
    <w:r w:rsidR="00C21615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 xml:space="preserve"> Vancouver, Canada</w:t>
    </w:r>
  </w:p>
  <w:p w14:paraId="7E128209" w14:textId="77777777" w:rsidR="00562F64" w:rsidRDefault="00562F64" w:rsidP="00C21615">
    <w:pPr>
      <w:pStyle w:val="Header"/>
    </w:pPr>
  </w:p>
  <w:p w14:paraId="603D22E8" w14:textId="77777777" w:rsidR="00C21615" w:rsidRPr="00C21615" w:rsidRDefault="00C21615" w:rsidP="00C216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41641501">
    <w:abstractNumId w:val="8"/>
  </w:num>
  <w:num w:numId="2" w16cid:durableId="1340960159">
    <w:abstractNumId w:val="6"/>
  </w:num>
  <w:num w:numId="3" w16cid:durableId="638270344">
    <w:abstractNumId w:val="5"/>
  </w:num>
  <w:num w:numId="4" w16cid:durableId="479151024">
    <w:abstractNumId w:val="4"/>
  </w:num>
  <w:num w:numId="5" w16cid:durableId="308444052">
    <w:abstractNumId w:val="7"/>
  </w:num>
  <w:num w:numId="6" w16cid:durableId="867640190">
    <w:abstractNumId w:val="3"/>
  </w:num>
  <w:num w:numId="7" w16cid:durableId="1306928467">
    <w:abstractNumId w:val="2"/>
  </w:num>
  <w:num w:numId="8" w16cid:durableId="265694885">
    <w:abstractNumId w:val="1"/>
  </w:num>
  <w:num w:numId="9" w16cid:durableId="11439353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49DE"/>
    <w:rsid w:val="00034616"/>
    <w:rsid w:val="00034EB6"/>
    <w:rsid w:val="0006063C"/>
    <w:rsid w:val="000B449F"/>
    <w:rsid w:val="00146971"/>
    <w:rsid w:val="0015074B"/>
    <w:rsid w:val="00185338"/>
    <w:rsid w:val="00191C90"/>
    <w:rsid w:val="001E09ED"/>
    <w:rsid w:val="00277C75"/>
    <w:rsid w:val="0029639D"/>
    <w:rsid w:val="00326F90"/>
    <w:rsid w:val="004C7E0E"/>
    <w:rsid w:val="005555B6"/>
    <w:rsid w:val="00562F64"/>
    <w:rsid w:val="005A079D"/>
    <w:rsid w:val="00767C6A"/>
    <w:rsid w:val="007E236F"/>
    <w:rsid w:val="00800C46"/>
    <w:rsid w:val="009803B0"/>
    <w:rsid w:val="00AA1D8D"/>
    <w:rsid w:val="00AB7008"/>
    <w:rsid w:val="00B47730"/>
    <w:rsid w:val="00C21615"/>
    <w:rsid w:val="00CB0664"/>
    <w:rsid w:val="00CE5A38"/>
    <w:rsid w:val="00DD3E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7A7849"/>
  <w14:defaultImageDpi w14:val="330"/>
  <w15:docId w15:val="{73A2AA0A-7D4F-46DA-BBEB-63F15A7C2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78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SIP2026</dc:creator>
  <cp:keywords/>
  <dc:description>generated by python-docx</dc:description>
  <cp:lastModifiedBy>Admin</cp:lastModifiedBy>
  <cp:revision>10</cp:revision>
  <dcterms:created xsi:type="dcterms:W3CDTF">2025-10-08T02:35:00Z</dcterms:created>
  <dcterms:modified xsi:type="dcterms:W3CDTF">2026-05-20T20:08:00Z</dcterms:modified>
  <cp:category/>
</cp:coreProperties>
</file>